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B1A17"/>
        </w:rPr>
        <w:t>Votre site de restaurant</w:t>
      </w:r>
    </w:p>
    <w:p>
      <w:r>
        <w:rPr>
          <w:color w:val="6E6960"/>
          <w:sz w:val="26"/>
        </w:rPr>
        <w:t>Questionnaire pour la version finale</w:t>
      </w:r>
    </w:p>
    <w:p>
      <w:r>
        <w:rPr>
          <w:b/>
        </w:rPr>
        <w:t>Merci pour votre confiance !</w:t>
      </w:r>
      <w:r>
        <w:rPr>
          <w:sz w:val="20"/>
        </w:rPr>
        <w:t xml:space="preserve"> Ce questionnaire nous donne tout ce qu'il faut pour mettre votre site en ligne sous 48 h.</w:t>
      </w:r>
    </w:p>
    <w:p>
      <w:pPr>
        <w:pStyle w:val="ListBullet"/>
      </w:pPr>
      <w:r>
        <w:t>Écrivez directement dans les cases grisées.</w:t>
      </w:r>
    </w:p>
    <w:p>
      <w:pPr>
        <w:pStyle w:val="ListBullet"/>
      </w:pPr>
      <w:r>
        <w:t>Une information vous manque ? Laissez la case vide, on en parle au téléphone.</w:t>
      </w:r>
    </w:p>
    <w:p>
      <w:pPr>
        <w:pStyle w:val="ListBullet"/>
      </w:pPr>
      <w:r>
        <w:t>Votre carte : remplissez le tableau de la partie 5, ou plus simple, joignez une photo ou un PDF de votre menu. Nous la saisissons pour vous.</w:t>
      </w:r>
    </w:p>
    <w:p>
      <w:pPr>
        <w:pStyle w:val="ListBullet"/>
      </w:pPr>
      <w:r>
        <w:t>Renvoyez ce fichier par email, en réponse à notre message, avec votre logo et vos photos en pièces jointes.</w:t>
      </w:r>
    </w:p>
    <w:p>
      <w:pPr>
        <w:pStyle w:val="Heading2"/>
      </w:pPr>
      <w:r>
        <w:rPr>
          <w:color w:val="B3261E"/>
        </w:rPr>
        <w:t>1. Votre formule</w:t>
      </w:r>
    </w:p>
    <w:p>
      <w:pPr>
        <w:pStyle w:val="ListBullet"/>
      </w:pPr>
      <w:r>
        <w:t>Vitrine — 390 € — Être trouvé sur Google et donner envie</w:t>
      </w:r>
    </w:p>
    <w:p>
      <w:pPr>
        <w:pStyle w:val="ListBullet"/>
      </w:pPr>
      <w:r>
        <w:t>Click &amp; Collect — 780 € — Vos clients commandent à emporter, directement chez vous</w:t>
      </w:r>
    </w:p>
    <w:p>
      <w:pPr>
        <w:pStyle w:val="ListBullet"/>
      </w:pPr>
      <w:r>
        <w:t>Premium — 1 290 € — Le site qui fait dire « waouh », pour fidéliser et remplir la salle</w:t>
      </w:r>
    </w:p>
    <w:p>
      <w:r>
        <w:rPr>
          <w:sz w:val="20"/>
        </w:rPr>
        <w:t>Paiement unique. 1re année d'hébergement et de maintenance offerte, puis 19 € / mois (mises à jour de la carte comprises), sans engagement.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3685"/>
        <w:gridCol w:w="6180"/>
      </w:tblGrid>
      <w:tr>
        <w:tc>
          <w:tcPr>
            <w:tcW w:type="dxa" w:w="3685"/>
            <w:shd w:val="clear" w:color="auto" w:fill="1B1A17"/>
          </w:tcPr>
          <w:p>
            <w:r>
              <w:rPr>
                <w:b/>
                <w:color w:val="FFFFFF"/>
                <w:sz w:val="18"/>
              </w:rPr>
              <w:t>Information</w:t>
            </w:r>
          </w:p>
        </w:tc>
        <w:tc>
          <w:tcPr>
            <w:tcW w:type="dxa" w:w="6180"/>
            <w:shd w:val="clear" w:color="auto" w:fill="1B1A17"/>
          </w:tcPr>
          <w:p>
            <w:r>
              <w:rPr>
                <w:b/>
                <w:color w:val="FFFFFF"/>
                <w:sz w:val="18"/>
              </w:rPr>
              <w:t>Votre réponse</w:t>
            </w:r>
          </w:p>
        </w:tc>
      </w:tr>
      <w:tr>
        <w:tc>
          <w:tcPr>
            <w:tcW w:type="dxa" w:w="3685"/>
          </w:tcPr>
          <w:p>
            <w:r>
              <w:rPr>
                <w:b/>
                <w:sz w:val="20"/>
              </w:rPr>
              <w:t>Formule choisie</w:t>
            </w:r>
          </w:p>
          <w:p>
            <w:r>
              <w:rPr>
                <w:i/>
                <w:color w:val="6E6960"/>
                <w:sz w:val="16"/>
              </w:rPr>
              <w:t>Vitrine, Click &amp; Collect ou Premium</w:t>
            </w:r>
          </w:p>
        </w:tc>
        <w:tc>
          <w:tcPr>
            <w:tcW w:type="dxa" w:w="6180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</w:tbl>
    <w:p/>
    <w:p>
      <w:pPr>
        <w:pStyle w:val="Heading2"/>
      </w:pPr>
      <w:r>
        <w:rPr>
          <w:color w:val="B3261E"/>
        </w:rPr>
        <w:t>2. Votre restaurant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3685"/>
        <w:gridCol w:w="6180"/>
      </w:tblGrid>
      <w:tr>
        <w:tc>
          <w:tcPr>
            <w:tcW w:type="dxa" w:w="3685"/>
            <w:shd w:val="clear" w:color="auto" w:fill="1B1A17"/>
          </w:tcPr>
          <w:p>
            <w:r>
              <w:rPr>
                <w:b/>
                <w:color w:val="FFFFFF"/>
                <w:sz w:val="18"/>
              </w:rPr>
              <w:t>Information</w:t>
            </w:r>
          </w:p>
        </w:tc>
        <w:tc>
          <w:tcPr>
            <w:tcW w:type="dxa" w:w="6180"/>
            <w:shd w:val="clear" w:color="auto" w:fill="1B1A17"/>
          </w:tcPr>
          <w:p>
            <w:r>
              <w:rPr>
                <w:b/>
                <w:color w:val="FFFFFF"/>
                <w:sz w:val="18"/>
              </w:rPr>
              <w:t>Votre réponse</w:t>
            </w:r>
          </w:p>
        </w:tc>
      </w:tr>
      <w:tr>
        <w:tc>
          <w:tcPr>
            <w:tcW w:type="dxa" w:w="3685"/>
          </w:tcPr>
          <w:p>
            <w:r>
              <w:rPr>
                <w:b/>
                <w:sz w:val="20"/>
              </w:rPr>
              <w:t>Nom du restaurant</w:t>
            </w:r>
          </w:p>
          <w:p>
            <w:r>
              <w:rPr>
                <w:i/>
                <w:color w:val="6E6960"/>
                <w:sz w:val="16"/>
              </w:rPr>
              <w:t>tel qu'il doit apparaître sur le site</w:t>
            </w:r>
          </w:p>
        </w:tc>
        <w:tc>
          <w:tcPr>
            <w:tcW w:type="dxa" w:w="6180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3685"/>
          </w:tcPr>
          <w:p>
            <w:r>
              <w:rPr>
                <w:b/>
                <w:sz w:val="20"/>
              </w:rPr>
              <w:t>Type d'établissement</w:t>
            </w:r>
          </w:p>
          <w:p>
            <w:r>
              <w:rPr>
                <w:i/>
                <w:color w:val="6E6960"/>
                <w:sz w:val="16"/>
              </w:rPr>
              <w:t>ex. Restaurant japonais, Sushi bar, Poke &amp; sushi</w:t>
            </w:r>
          </w:p>
        </w:tc>
        <w:tc>
          <w:tcPr>
            <w:tcW w:type="dxa" w:w="6180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3685"/>
          </w:tcPr>
          <w:p>
            <w:r>
              <w:rPr>
                <w:b/>
                <w:sz w:val="20"/>
              </w:rPr>
              <w:t>Phrase d'accroche</w:t>
            </w:r>
          </w:p>
          <w:p>
            <w:r>
              <w:rPr>
                <w:i/>
                <w:color w:val="6E6960"/>
                <w:sz w:val="16"/>
              </w:rPr>
              <w:t>1 ligne, ex. « Sushis frais préparés minute »</w:t>
            </w:r>
          </w:p>
        </w:tc>
        <w:tc>
          <w:tcPr>
            <w:tcW w:type="dxa" w:w="6180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3685"/>
          </w:tcPr>
          <w:p>
            <w:r>
              <w:rPr>
                <w:b/>
                <w:sz w:val="20"/>
              </w:rPr>
              <w:t>Présentation</w:t>
            </w:r>
          </w:p>
          <w:p>
            <w:r>
              <w:rPr>
                <w:i/>
                <w:color w:val="6E6960"/>
                <w:sz w:val="16"/>
              </w:rPr>
              <w:t>2-3 phrases : votre histoire, vos produits, ce qui vous rend unique</w:t>
            </w:r>
          </w:p>
        </w:tc>
        <w:tc>
          <w:tcPr>
            <w:tcW w:type="dxa" w:w="6180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3685"/>
          </w:tcPr>
          <w:p>
            <w:r>
              <w:rPr>
                <w:b/>
                <w:sz w:val="20"/>
              </w:rPr>
              <w:t>Année d'ouverture</w:t>
            </w:r>
          </w:p>
        </w:tc>
        <w:tc>
          <w:tcPr>
            <w:tcW w:type="dxa" w:w="6180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3685"/>
          </w:tcPr>
          <w:p>
            <w:r>
              <w:rPr>
                <w:b/>
                <w:sz w:val="20"/>
              </w:rPr>
              <w:t>Adresse</w:t>
            </w:r>
          </w:p>
          <w:p>
            <w:r>
              <w:rPr>
                <w:i/>
                <w:color w:val="6E6960"/>
                <w:sz w:val="16"/>
              </w:rPr>
              <w:t>numéro et rue</w:t>
            </w:r>
          </w:p>
        </w:tc>
        <w:tc>
          <w:tcPr>
            <w:tcW w:type="dxa" w:w="6180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3685"/>
          </w:tcPr>
          <w:p>
            <w:r>
              <w:rPr>
                <w:b/>
                <w:sz w:val="20"/>
              </w:rPr>
              <w:t>Code postal</w:t>
            </w:r>
          </w:p>
        </w:tc>
        <w:tc>
          <w:tcPr>
            <w:tcW w:type="dxa" w:w="6180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3685"/>
          </w:tcPr>
          <w:p>
            <w:r>
              <w:rPr>
                <w:b/>
                <w:sz w:val="20"/>
              </w:rPr>
              <w:t>Ville</w:t>
            </w:r>
          </w:p>
        </w:tc>
        <w:tc>
          <w:tcPr>
            <w:tcW w:type="dxa" w:w="6180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3685"/>
          </w:tcPr>
          <w:p>
            <w:r>
              <w:rPr>
                <w:b/>
                <w:sz w:val="20"/>
              </w:rPr>
              <w:t>Quartier</w:t>
            </w:r>
          </w:p>
          <w:p>
            <w:r>
              <w:rPr>
                <w:i/>
                <w:color w:val="6E6960"/>
                <w:sz w:val="16"/>
              </w:rPr>
              <w:t>facultatif</w:t>
            </w:r>
          </w:p>
        </w:tc>
        <w:tc>
          <w:tcPr>
            <w:tcW w:type="dxa" w:w="6180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3685"/>
          </w:tcPr>
          <w:p>
            <w:r>
              <w:rPr>
                <w:b/>
                <w:sz w:val="20"/>
              </w:rPr>
              <w:t>Téléphone affiché</w:t>
            </w:r>
          </w:p>
        </w:tc>
        <w:tc>
          <w:tcPr>
            <w:tcW w:type="dxa" w:w="6180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3685"/>
          </w:tcPr>
          <w:p>
            <w:r>
              <w:rPr>
                <w:b/>
                <w:sz w:val="20"/>
              </w:rPr>
              <w:t>Email du restaurant</w:t>
            </w:r>
          </w:p>
          <w:p>
            <w:r>
              <w:rPr>
                <w:i/>
                <w:color w:val="6E6960"/>
                <w:sz w:val="16"/>
              </w:rPr>
              <w:t>vous y recevrez les commandes et les réservations</w:t>
            </w:r>
          </w:p>
        </w:tc>
        <w:tc>
          <w:tcPr>
            <w:tcW w:type="dxa" w:w="6180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3685"/>
          </w:tcPr>
          <w:p>
            <w:r>
              <w:rPr>
                <w:b/>
                <w:sz w:val="20"/>
              </w:rPr>
              <w:t>Couleur principale</w:t>
            </w:r>
          </w:p>
          <w:p>
            <w:r>
              <w:rPr>
                <w:i/>
                <w:color w:val="6E6960"/>
                <w:sz w:val="16"/>
              </w:rPr>
              <w:t>ex. rouge, or, vert, ou un code #c8102e — vide : on choisit pour vous</w:t>
            </w:r>
          </w:p>
        </w:tc>
        <w:tc>
          <w:tcPr>
            <w:tcW w:type="dxa" w:w="6180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</w:tbl>
    <w:p/>
    <w:p>
      <w:pPr>
        <w:pStyle w:val="Heading2"/>
      </w:pPr>
      <w:r>
        <w:rPr>
          <w:color w:val="B3261E"/>
        </w:rPr>
        <w:t>3. Vos horaires</w:t>
      </w:r>
    </w:p>
    <w:p>
      <w:r>
        <w:rPr>
          <w:sz w:val="20"/>
        </w:rPr>
        <w:t>Écrivez « fermé » si vous êtes fermé. Exemple : 11h30–14h30.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494"/>
        <w:gridCol w:w="3685"/>
        <w:gridCol w:w="3685"/>
      </w:tblGrid>
      <w:tr>
        <w:tc>
          <w:tcPr>
            <w:tcW w:type="dxa" w:w="2494"/>
            <w:shd w:val="clear" w:color="auto" w:fill="1B1A17"/>
          </w:tcPr>
          <w:p>
            <w:r>
              <w:rPr>
                <w:b/>
                <w:color w:val="FFFFFF"/>
                <w:sz w:val="18"/>
              </w:rPr>
              <w:t>Jour</w:t>
            </w:r>
          </w:p>
        </w:tc>
        <w:tc>
          <w:tcPr>
            <w:tcW w:type="dxa" w:w="3685"/>
            <w:shd w:val="clear" w:color="auto" w:fill="1B1A17"/>
          </w:tcPr>
          <w:p>
            <w:r>
              <w:rPr>
                <w:b/>
                <w:color w:val="FFFFFF"/>
                <w:sz w:val="18"/>
              </w:rPr>
              <w:t>Midi</w:t>
            </w:r>
          </w:p>
        </w:tc>
        <w:tc>
          <w:tcPr>
            <w:tcW w:type="dxa" w:w="3685"/>
            <w:shd w:val="clear" w:color="auto" w:fill="1B1A17"/>
          </w:tcPr>
          <w:p>
            <w:r>
              <w:rPr>
                <w:b/>
                <w:color w:val="FFFFFF"/>
                <w:sz w:val="18"/>
              </w:rPr>
              <w:t>Soir</w:t>
            </w:r>
          </w:p>
        </w:tc>
      </w:tr>
      <w:tr>
        <w:tc>
          <w:tcPr>
            <w:tcW w:type="dxa" w:w="2494"/>
          </w:tcPr>
          <w:p>
            <w:r>
              <w:rPr>
                <w:b/>
                <w:sz w:val="20"/>
              </w:rPr>
              <w:t>Lundi</w:t>
            </w:r>
          </w:p>
        </w:tc>
        <w:tc>
          <w:tcPr>
            <w:tcW w:type="dxa" w:w="368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68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494"/>
          </w:tcPr>
          <w:p>
            <w:r>
              <w:rPr>
                <w:b/>
                <w:sz w:val="20"/>
              </w:rPr>
              <w:t>Mardi</w:t>
            </w:r>
          </w:p>
        </w:tc>
        <w:tc>
          <w:tcPr>
            <w:tcW w:type="dxa" w:w="368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68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494"/>
          </w:tcPr>
          <w:p>
            <w:r>
              <w:rPr>
                <w:b/>
                <w:sz w:val="20"/>
              </w:rPr>
              <w:t>Mercredi</w:t>
            </w:r>
          </w:p>
        </w:tc>
        <w:tc>
          <w:tcPr>
            <w:tcW w:type="dxa" w:w="368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68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494"/>
          </w:tcPr>
          <w:p>
            <w:r>
              <w:rPr>
                <w:b/>
                <w:sz w:val="20"/>
              </w:rPr>
              <w:t>Jeudi</w:t>
            </w:r>
          </w:p>
        </w:tc>
        <w:tc>
          <w:tcPr>
            <w:tcW w:type="dxa" w:w="368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68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494"/>
          </w:tcPr>
          <w:p>
            <w:r>
              <w:rPr>
                <w:b/>
                <w:sz w:val="20"/>
              </w:rPr>
              <w:t>Vendredi</w:t>
            </w:r>
          </w:p>
        </w:tc>
        <w:tc>
          <w:tcPr>
            <w:tcW w:type="dxa" w:w="368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68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494"/>
          </w:tcPr>
          <w:p>
            <w:r>
              <w:rPr>
                <w:b/>
                <w:sz w:val="20"/>
              </w:rPr>
              <w:t>Samedi</w:t>
            </w:r>
          </w:p>
        </w:tc>
        <w:tc>
          <w:tcPr>
            <w:tcW w:type="dxa" w:w="368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68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494"/>
          </w:tcPr>
          <w:p>
            <w:r>
              <w:rPr>
                <w:b/>
                <w:sz w:val="20"/>
              </w:rPr>
              <w:t>Dimanche</w:t>
            </w:r>
          </w:p>
        </w:tc>
        <w:tc>
          <w:tcPr>
            <w:tcW w:type="dxa" w:w="368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68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</w:tbl>
    <w:p/>
    <w:p>
      <w:pPr>
        <w:pStyle w:val="Heading2"/>
      </w:pPr>
      <w:r>
        <w:rPr>
          <w:color w:val="B3261E"/>
        </w:rPr>
        <w:t>4. Vos services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3685"/>
        <w:gridCol w:w="6180"/>
      </w:tblGrid>
      <w:tr>
        <w:tc>
          <w:tcPr>
            <w:tcW w:type="dxa" w:w="3685"/>
            <w:shd w:val="clear" w:color="auto" w:fill="1B1A17"/>
          </w:tcPr>
          <w:p>
            <w:r>
              <w:rPr>
                <w:b/>
                <w:color w:val="FFFFFF"/>
                <w:sz w:val="18"/>
              </w:rPr>
              <w:t>Information</w:t>
            </w:r>
          </w:p>
        </w:tc>
        <w:tc>
          <w:tcPr>
            <w:tcW w:type="dxa" w:w="6180"/>
            <w:shd w:val="clear" w:color="auto" w:fill="1B1A17"/>
          </w:tcPr>
          <w:p>
            <w:r>
              <w:rPr>
                <w:b/>
                <w:color w:val="FFFFFF"/>
                <w:sz w:val="18"/>
              </w:rPr>
              <w:t>Votre réponse</w:t>
            </w:r>
          </w:p>
        </w:tc>
      </w:tr>
      <w:tr>
        <w:tc>
          <w:tcPr>
            <w:tcW w:type="dxa" w:w="3685"/>
          </w:tcPr>
          <w:p>
            <w:r>
              <w:rPr>
                <w:b/>
                <w:sz w:val="20"/>
              </w:rPr>
              <w:t>Service sur place</w:t>
            </w:r>
          </w:p>
          <w:p>
            <w:r>
              <w:rPr>
                <w:i/>
                <w:color w:val="6E6960"/>
                <w:sz w:val="16"/>
              </w:rPr>
              <w:t>oui / non</w:t>
            </w:r>
          </w:p>
        </w:tc>
        <w:tc>
          <w:tcPr>
            <w:tcW w:type="dxa" w:w="6180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3685"/>
          </w:tcPr>
          <w:p>
            <w:r>
              <w:rPr>
                <w:b/>
                <w:sz w:val="20"/>
              </w:rPr>
              <w:t>Vente à emporter</w:t>
            </w:r>
          </w:p>
          <w:p>
            <w:r>
              <w:rPr>
                <w:i/>
                <w:color w:val="6E6960"/>
                <w:sz w:val="16"/>
              </w:rPr>
              <w:t>oui / non</w:t>
            </w:r>
          </w:p>
        </w:tc>
        <w:tc>
          <w:tcPr>
            <w:tcW w:type="dxa" w:w="6180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3685"/>
          </w:tcPr>
          <w:p>
            <w:r>
              <w:rPr>
                <w:b/>
                <w:sz w:val="20"/>
              </w:rPr>
              <w:t>Livraison</w:t>
            </w:r>
          </w:p>
          <w:p>
            <w:r>
              <w:rPr>
                <w:i/>
                <w:color w:val="6E6960"/>
                <w:sz w:val="16"/>
              </w:rPr>
              <w:t>oui / non (par vous-même, pas Uber Eats)</w:t>
            </w:r>
          </w:p>
        </w:tc>
        <w:tc>
          <w:tcPr>
            <w:tcW w:type="dxa" w:w="6180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3685"/>
          </w:tcPr>
          <w:p>
            <w:r>
              <w:rPr>
                <w:b/>
                <w:sz w:val="20"/>
              </w:rPr>
              <w:t>Zone de livraison</w:t>
            </w:r>
          </w:p>
          <w:p>
            <w:r>
              <w:rPr>
                <w:i/>
                <w:color w:val="6E6960"/>
                <w:sz w:val="16"/>
              </w:rPr>
              <w:t>si livraison : villes ou rayon</w:t>
            </w:r>
          </w:p>
        </w:tc>
        <w:tc>
          <w:tcPr>
            <w:tcW w:type="dxa" w:w="6180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3685"/>
          </w:tcPr>
          <w:p>
            <w:r>
              <w:rPr>
                <w:b/>
                <w:sz w:val="20"/>
              </w:rPr>
              <w:t>Délai de préparation (minutes)</w:t>
            </w:r>
          </w:p>
          <w:p>
            <w:r>
              <w:rPr>
                <w:i/>
                <w:color w:val="6E6960"/>
                <w:sz w:val="16"/>
              </w:rPr>
              <w:t>pour une commande à emporter, ex. 20</w:t>
            </w:r>
          </w:p>
        </w:tc>
        <w:tc>
          <w:tcPr>
            <w:tcW w:type="dxa" w:w="6180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3685"/>
          </w:tcPr>
          <w:p>
            <w:r>
              <w:rPr>
                <w:b/>
                <w:sz w:val="20"/>
              </w:rPr>
              <w:t>Moyens de paiement acceptés</w:t>
            </w:r>
          </w:p>
          <w:p>
            <w:r>
              <w:rPr>
                <w:i/>
                <w:color w:val="6E6960"/>
                <w:sz w:val="16"/>
              </w:rPr>
              <w:t>séparés par des virgules</w:t>
            </w:r>
          </w:p>
        </w:tc>
        <w:tc>
          <w:tcPr>
            <w:tcW w:type="dxa" w:w="6180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</w:tbl>
    <w:p/>
    <w:p>
      <w:r>
        <w:br w:type="page"/>
      </w:r>
    </w:p>
    <w:p>
      <w:pPr>
        <w:pStyle w:val="Heading2"/>
      </w:pPr>
      <w:r>
        <w:rPr>
          <w:color w:val="B3261E"/>
        </w:rPr>
        <w:t>5. Votre carte</w:t>
      </w:r>
    </w:p>
    <w:p>
      <w:r>
        <w:rPr>
          <w:sz w:val="20"/>
        </w:rPr>
        <w:t>Une ligne par plat. La catégorie (Plateaux, Makis, Sushis, Boissons…) peut n'être écrite qu'une fois : les lignes suivantes sans catégorie sont rangées dedans. Prix en euros, ex. 12,50.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1928"/>
        <w:gridCol w:w="2835"/>
        <w:gridCol w:w="3742"/>
        <w:gridCol w:w="1361"/>
      </w:tblGrid>
      <w:tr>
        <w:tc>
          <w:tcPr>
            <w:tcW w:type="dxa" w:w="1928"/>
            <w:shd w:val="clear" w:color="auto" w:fill="1B1A17"/>
          </w:tcPr>
          <w:p>
            <w:r>
              <w:rPr>
                <w:b/>
                <w:color w:val="FFFFFF"/>
                <w:sz w:val="18"/>
              </w:rPr>
              <w:t>Catégorie</w:t>
            </w:r>
          </w:p>
        </w:tc>
        <w:tc>
          <w:tcPr>
            <w:tcW w:type="dxa" w:w="2835"/>
            <w:shd w:val="clear" w:color="auto" w:fill="1B1A17"/>
          </w:tcPr>
          <w:p>
            <w:r>
              <w:rPr>
                <w:b/>
                <w:color w:val="FFFFFF"/>
                <w:sz w:val="18"/>
              </w:rPr>
              <w:t>Plat</w:t>
            </w:r>
          </w:p>
        </w:tc>
        <w:tc>
          <w:tcPr>
            <w:tcW w:type="dxa" w:w="3742"/>
            <w:shd w:val="clear" w:color="auto" w:fill="1B1A17"/>
          </w:tcPr>
          <w:p>
            <w:r>
              <w:rPr>
                <w:b/>
                <w:color w:val="FFFFFF"/>
                <w:sz w:val="18"/>
              </w:rPr>
              <w:t>Description / composition</w:t>
            </w:r>
          </w:p>
        </w:tc>
        <w:tc>
          <w:tcPr>
            <w:tcW w:type="dxa" w:w="1361"/>
            <w:shd w:val="clear" w:color="auto" w:fill="1B1A17"/>
          </w:tcPr>
          <w:p>
            <w:r>
              <w:rPr>
                <w:b/>
                <w:color w:val="FFFFFF"/>
                <w:sz w:val="18"/>
              </w:rPr>
              <w:t>Prix</w:t>
            </w:r>
          </w:p>
        </w:tc>
      </w:tr>
      <w:tr>
        <w:tc>
          <w:tcPr>
            <w:tcW w:type="dxa" w:w="1928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283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742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361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1928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283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742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361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1928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283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742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361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1928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283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742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361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1928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283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742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361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1928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283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742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361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1928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283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742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361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1928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283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742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361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1928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283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742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361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1928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283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742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361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1928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283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742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361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1928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283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742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361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1928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283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742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361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1928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283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742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361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1928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283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742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361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1928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283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742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361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1928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283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742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361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1928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283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742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361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1928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283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742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361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1928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283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742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361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1928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283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742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361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1928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283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742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361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1928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283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742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361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1928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283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742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361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1928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283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742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361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1928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283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742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361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1928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283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742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361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1928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283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742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361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1928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283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742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361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1928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283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742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361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1928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283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742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361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1928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283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742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361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1928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283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742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361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1928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283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742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361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1928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283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742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361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1928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283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742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361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1928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283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742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361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1928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283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742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361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1928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283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742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361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1928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283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742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361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1928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283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742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361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1928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283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742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361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1928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283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742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361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1928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283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742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361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1928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283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742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361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</w:tbl>
    <w:p/>
    <w:p>
      <w:pPr>
        <w:pStyle w:val="Heading2"/>
      </w:pPr>
      <w:r>
        <w:rPr>
          <w:color w:val="B3261E"/>
        </w:rPr>
        <w:t>6. Formules, plateaux et spécialités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5443"/>
        <w:gridCol w:w="1587"/>
      </w:tblGrid>
      <w:tr>
        <w:tc>
          <w:tcPr>
            <w:tcW w:type="dxa" w:w="2835"/>
            <w:shd w:val="clear" w:color="auto" w:fill="1B1A17"/>
          </w:tcPr>
          <w:p>
            <w:r>
              <w:rPr>
                <w:b/>
                <w:color w:val="FFFFFF"/>
                <w:sz w:val="18"/>
              </w:rPr>
              <w:t>Formule / plateau</w:t>
            </w:r>
          </w:p>
        </w:tc>
        <w:tc>
          <w:tcPr>
            <w:tcW w:type="dxa" w:w="5443"/>
            <w:shd w:val="clear" w:color="auto" w:fill="1B1A17"/>
          </w:tcPr>
          <w:p>
            <w:r>
              <w:rPr>
                <w:b/>
                <w:color w:val="FFFFFF"/>
                <w:sz w:val="18"/>
              </w:rPr>
              <w:t>Contenu</w:t>
            </w:r>
          </w:p>
        </w:tc>
        <w:tc>
          <w:tcPr>
            <w:tcW w:type="dxa" w:w="1587"/>
            <w:shd w:val="clear" w:color="auto" w:fill="1B1A17"/>
          </w:tcPr>
          <w:p>
            <w:r>
              <w:rPr>
                <w:b/>
                <w:color w:val="FFFFFF"/>
                <w:sz w:val="18"/>
              </w:rPr>
              <w:t>Prix</w:t>
            </w:r>
          </w:p>
        </w:tc>
      </w:tr>
      <w:tr>
        <w:tc>
          <w:tcPr>
            <w:tcW w:type="dxa" w:w="283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5443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587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83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5443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587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83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5443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587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83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5443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587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83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5443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587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835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5443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587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</w:tbl>
    <w:p/>
    <w:p>
      <w:r>
        <w:rPr>
          <w:sz w:val="20"/>
        </w:rPr>
        <w:t>Vos 3 plats signature, mis en avant en haut du site (doivent figurer dans votre carte) :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794"/>
        <w:gridCol w:w="9071"/>
      </w:tblGrid>
      <w:tr>
        <w:tc>
          <w:tcPr>
            <w:tcW w:type="dxa" w:w="794"/>
            <w:shd w:val="clear" w:color="auto" w:fill="1B1A17"/>
          </w:tcPr>
          <w:p>
            <w:r>
              <w:rPr>
                <w:b/>
                <w:color w:val="FFFFFF"/>
                <w:sz w:val="18"/>
              </w:rPr>
              <w:t>N°</w:t>
            </w:r>
          </w:p>
        </w:tc>
        <w:tc>
          <w:tcPr>
            <w:tcW w:type="dxa" w:w="9071"/>
            <w:shd w:val="clear" w:color="auto" w:fill="1B1A17"/>
          </w:tcPr>
          <w:p>
            <w:r>
              <w:rPr>
                <w:b/>
                <w:color w:val="FFFFFF"/>
                <w:sz w:val="18"/>
              </w:rPr>
              <w:t>Plat signature</w:t>
            </w:r>
          </w:p>
        </w:tc>
      </w:tr>
      <w:tr>
        <w:tc>
          <w:tcPr>
            <w:tcW w:type="dxa" w:w="794"/>
          </w:tcPr>
          <w:p>
            <w:r>
              <w:rPr>
                <w:b/>
                <w:sz w:val="20"/>
              </w:rPr>
              <w:t>1</w:t>
            </w:r>
          </w:p>
        </w:tc>
        <w:tc>
          <w:tcPr>
            <w:tcW w:type="dxa" w:w="9071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794"/>
          </w:tcPr>
          <w:p>
            <w:r>
              <w:rPr>
                <w:b/>
                <w:sz w:val="20"/>
              </w:rPr>
              <w:t>2</w:t>
            </w:r>
          </w:p>
        </w:tc>
        <w:tc>
          <w:tcPr>
            <w:tcW w:type="dxa" w:w="9071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794"/>
          </w:tcPr>
          <w:p>
            <w:r>
              <w:rPr>
                <w:b/>
                <w:sz w:val="20"/>
              </w:rPr>
              <w:t>3</w:t>
            </w:r>
          </w:p>
        </w:tc>
        <w:tc>
          <w:tcPr>
            <w:tcW w:type="dxa" w:w="9071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</w:tbl>
    <w:p/>
    <w:p>
      <w:pPr>
        <w:pStyle w:val="Heading2"/>
      </w:pPr>
      <w:r>
        <w:rPr>
          <w:color w:val="B3261E"/>
        </w:rPr>
        <w:t>7. Réseaux et liens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3685"/>
        <w:gridCol w:w="6180"/>
      </w:tblGrid>
      <w:tr>
        <w:tc>
          <w:tcPr>
            <w:tcW w:type="dxa" w:w="3685"/>
            <w:shd w:val="clear" w:color="auto" w:fill="1B1A17"/>
          </w:tcPr>
          <w:p>
            <w:r>
              <w:rPr>
                <w:b/>
                <w:color w:val="FFFFFF"/>
                <w:sz w:val="18"/>
              </w:rPr>
              <w:t>Information</w:t>
            </w:r>
          </w:p>
        </w:tc>
        <w:tc>
          <w:tcPr>
            <w:tcW w:type="dxa" w:w="6180"/>
            <w:shd w:val="clear" w:color="auto" w:fill="1B1A17"/>
          </w:tcPr>
          <w:p>
            <w:r>
              <w:rPr>
                <w:b/>
                <w:color w:val="FFFFFF"/>
                <w:sz w:val="18"/>
              </w:rPr>
              <w:t>Votre réponse</w:t>
            </w:r>
          </w:p>
        </w:tc>
      </w:tr>
      <w:tr>
        <w:tc>
          <w:tcPr>
            <w:tcW w:type="dxa" w:w="3685"/>
          </w:tcPr>
          <w:p>
            <w:r>
              <w:rPr>
                <w:b/>
                <w:sz w:val="20"/>
              </w:rPr>
              <w:t>Instagram</w:t>
            </w:r>
          </w:p>
          <w:p>
            <w:r>
              <w:rPr>
                <w:i/>
                <w:color w:val="6E6960"/>
                <w:sz w:val="16"/>
              </w:rPr>
              <w:t>lien de votre page</w:t>
            </w:r>
          </w:p>
        </w:tc>
        <w:tc>
          <w:tcPr>
            <w:tcW w:type="dxa" w:w="6180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3685"/>
          </w:tcPr>
          <w:p>
            <w:r>
              <w:rPr>
                <w:b/>
                <w:sz w:val="20"/>
              </w:rPr>
              <w:t>Facebook</w:t>
            </w:r>
          </w:p>
          <w:p>
            <w:r>
              <w:rPr>
                <w:i/>
                <w:color w:val="6E6960"/>
                <w:sz w:val="16"/>
              </w:rPr>
              <w:t>lien de votre page</w:t>
            </w:r>
          </w:p>
        </w:tc>
        <w:tc>
          <w:tcPr>
            <w:tcW w:type="dxa" w:w="6180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3685"/>
          </w:tcPr>
          <w:p>
            <w:r>
              <w:rPr>
                <w:b/>
                <w:sz w:val="20"/>
              </w:rPr>
              <w:t>Lien vers vos avis Google</w:t>
            </w:r>
          </w:p>
          <w:p>
            <w:r>
              <w:rPr>
                <w:i/>
                <w:color w:val="6E6960"/>
                <w:sz w:val="16"/>
              </w:rPr>
              <w:t>facultatif</w:t>
            </w:r>
          </w:p>
        </w:tc>
        <w:tc>
          <w:tcPr>
            <w:tcW w:type="dxa" w:w="6180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3685"/>
          </w:tcPr>
          <w:p>
            <w:r>
              <w:rPr>
                <w:b/>
                <w:sz w:val="20"/>
              </w:rPr>
              <w:t>Lien de réservation</w:t>
            </w:r>
          </w:p>
          <w:p>
            <w:r>
              <w:rPr>
                <w:i/>
                <w:color w:val="6E6960"/>
                <w:sz w:val="16"/>
              </w:rPr>
              <w:t>TheFork, Zenchef… si vous en utilisez un</w:t>
            </w:r>
          </w:p>
        </w:tc>
        <w:tc>
          <w:tcPr>
            <w:tcW w:type="dxa" w:w="6180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3685"/>
          </w:tcPr>
          <w:p>
            <w:r>
              <w:rPr>
                <w:b/>
                <w:sz w:val="20"/>
              </w:rPr>
              <w:t>Nom de domaine</w:t>
            </w:r>
          </w:p>
          <w:p>
            <w:r>
              <w:rPr>
                <w:i/>
                <w:color w:val="6E6960"/>
                <w:sz w:val="16"/>
              </w:rPr>
              <w:t>vous en avez déjà un ? lequel ? sinon celui que vous aimeriez, ex. kyo-sushi.fr</w:t>
            </w:r>
          </w:p>
        </w:tc>
        <w:tc>
          <w:tcPr>
            <w:tcW w:type="dxa" w:w="6180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</w:tbl>
    <w:p/>
    <w:p>
      <w:pPr>
        <w:pStyle w:val="Heading2"/>
      </w:pPr>
      <w:r>
        <w:rPr>
          <w:color w:val="B3261E"/>
        </w:rPr>
        <w:t>8. Option Premium</w:t>
      </w:r>
    </w:p>
    <w:p>
      <w:r>
        <w:rPr>
          <w:sz w:val="20"/>
        </w:rPr>
        <w:t>Uniquement pour la formule Premium.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3685"/>
        <w:gridCol w:w="6180"/>
      </w:tblGrid>
      <w:tr>
        <w:tc>
          <w:tcPr>
            <w:tcW w:type="dxa" w:w="3685"/>
            <w:shd w:val="clear" w:color="auto" w:fill="1B1A17"/>
          </w:tcPr>
          <w:p>
            <w:r>
              <w:rPr>
                <w:b/>
                <w:color w:val="FFFFFF"/>
                <w:sz w:val="18"/>
              </w:rPr>
              <w:t>Information</w:t>
            </w:r>
          </w:p>
        </w:tc>
        <w:tc>
          <w:tcPr>
            <w:tcW w:type="dxa" w:w="6180"/>
            <w:shd w:val="clear" w:color="auto" w:fill="1B1A17"/>
          </w:tcPr>
          <w:p>
            <w:r>
              <w:rPr>
                <w:b/>
                <w:color w:val="FFFFFF"/>
                <w:sz w:val="18"/>
              </w:rPr>
              <w:t>Votre réponse</w:t>
            </w:r>
          </w:p>
        </w:tc>
      </w:tr>
      <w:tr>
        <w:tc>
          <w:tcPr>
            <w:tcW w:type="dxa" w:w="3685"/>
          </w:tcPr>
          <w:p>
            <w:r>
              <w:rPr>
                <w:b/>
                <w:sz w:val="20"/>
              </w:rPr>
              <w:t>Règle de la carte de fidélité</w:t>
            </w:r>
          </w:p>
          <w:p>
            <w:r>
              <w:rPr>
                <w:i/>
                <w:color w:val="6E6960"/>
                <w:sz w:val="16"/>
              </w:rPr>
              <w:t>ex. 10 commandes = 1 plateau offert</w:t>
            </w:r>
          </w:p>
        </w:tc>
        <w:tc>
          <w:tcPr>
            <w:tcW w:type="dxa" w:w="6180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3685"/>
          </w:tcPr>
          <w:p>
            <w:r>
              <w:rPr>
                <w:b/>
                <w:sz w:val="20"/>
              </w:rPr>
              <w:t>Quartiers et villes desservis</w:t>
            </w:r>
          </w:p>
          <w:p>
            <w:r>
              <w:rPr>
                <w:i/>
                <w:color w:val="6E6960"/>
                <w:sz w:val="16"/>
              </w:rPr>
              <w:t>pour Google, séparés par des virgules</w:t>
            </w:r>
          </w:p>
        </w:tc>
        <w:tc>
          <w:tcPr>
            <w:tcW w:type="dxa" w:w="6180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</w:tbl>
    <w:p/>
    <w:p>
      <w:r>
        <w:rPr>
          <w:sz w:val="20"/>
        </w:rPr>
        <w:t>Les questions que vos clients vous posent le plus (livraison, allergènes, groupes, parking…) :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896"/>
      </w:tblGrid>
      <w:tr>
        <w:tc>
          <w:tcPr>
            <w:tcW w:type="dxa" w:w="3969"/>
            <w:shd w:val="clear" w:color="auto" w:fill="1B1A17"/>
          </w:tcPr>
          <w:p>
            <w:r>
              <w:rPr>
                <w:b/>
                <w:color w:val="FFFFFF"/>
                <w:sz w:val="18"/>
              </w:rPr>
              <w:t>Question fréquente</w:t>
            </w:r>
          </w:p>
        </w:tc>
        <w:tc>
          <w:tcPr>
            <w:tcW w:type="dxa" w:w="5896"/>
            <w:shd w:val="clear" w:color="auto" w:fill="1B1A17"/>
          </w:tcPr>
          <w:p>
            <w:r>
              <w:rPr>
                <w:b/>
                <w:color w:val="FFFFFF"/>
                <w:sz w:val="18"/>
              </w:rPr>
              <w:t>Réponse</w:t>
            </w:r>
          </w:p>
        </w:tc>
      </w:tr>
      <w:tr>
        <w:tc>
          <w:tcPr>
            <w:tcW w:type="dxa" w:w="3969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5896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3969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5896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3969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5896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3969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5896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3969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5896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</w:tbl>
    <w:p/>
    <w:p>
      <w:r>
        <w:rPr>
          <w:sz w:val="20"/>
        </w:rPr>
        <w:t>3 vrais avis Google que vous aimeriez mettre en avant (copiez-collez-les) :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1020"/>
        <w:gridCol w:w="6803"/>
      </w:tblGrid>
      <w:tr>
        <w:tc>
          <w:tcPr>
            <w:tcW w:type="dxa" w:w="2041"/>
            <w:shd w:val="clear" w:color="auto" w:fill="1B1A17"/>
          </w:tcPr>
          <w:p>
            <w:r>
              <w:rPr>
                <w:b/>
                <w:color w:val="FFFFFF"/>
                <w:sz w:val="18"/>
              </w:rPr>
              <w:t>Client</w:t>
            </w:r>
          </w:p>
        </w:tc>
        <w:tc>
          <w:tcPr>
            <w:tcW w:type="dxa" w:w="1020"/>
            <w:shd w:val="clear" w:color="auto" w:fill="1B1A17"/>
          </w:tcPr>
          <w:p>
            <w:r>
              <w:rPr>
                <w:b/>
                <w:color w:val="FFFFFF"/>
                <w:sz w:val="18"/>
              </w:rPr>
              <w:t>Note /5</w:t>
            </w:r>
          </w:p>
        </w:tc>
        <w:tc>
          <w:tcPr>
            <w:tcW w:type="dxa" w:w="6803"/>
            <w:shd w:val="clear" w:color="auto" w:fill="1B1A17"/>
          </w:tcPr>
          <w:p>
            <w:r>
              <w:rPr>
                <w:b/>
                <w:color w:val="FFFFFF"/>
                <w:sz w:val="18"/>
              </w:rPr>
              <w:t>Avis</w:t>
            </w:r>
          </w:p>
        </w:tc>
      </w:tr>
      <w:tr>
        <w:tc>
          <w:tcPr>
            <w:tcW w:type="dxa" w:w="2041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020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6803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041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020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6803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041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020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6803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</w:tbl>
    <w:p/>
    <w:p>
      <w:pPr>
        <w:pStyle w:val="Heading2"/>
      </w:pPr>
      <w:r>
        <w:rPr>
          <w:color w:val="B3261E"/>
        </w:rPr>
        <w:t>9. Vos photos et votre logo</w:t>
      </w:r>
    </w:p>
    <w:p>
      <w:r>
        <w:rPr>
          <w:sz w:val="20"/>
        </w:rPr>
        <w:t>À joindre à votre email (pas dans ce document) :</w:t>
      </w:r>
    </w:p>
    <w:p>
      <w:pPr>
        <w:pStyle w:val="ListBullet"/>
      </w:pPr>
      <w:r>
        <w:t>Votre logo (PNG ou JPG, le plus grand possible)</w:t>
      </w:r>
    </w:p>
    <w:p>
      <w:pPr>
        <w:pStyle w:val="ListBullet"/>
      </w:pPr>
      <w:r>
        <w:t>1 photo de la devanture ou de la salle</w:t>
      </w:r>
    </w:p>
    <w:p>
      <w:pPr>
        <w:pStyle w:val="ListBullet"/>
      </w:pPr>
      <w:r>
        <w:t>5 à 10 photos de vos plats : de près, bien éclairées, à la lumière du jour si possible</w:t>
      </w:r>
    </w:p>
    <w:p>
      <w:pPr>
        <w:pStyle w:val="ListBullet"/>
      </w:pPr>
      <w:r>
        <w:t>Facultatif : une photo du chef ou de l'équipe</w:t>
      </w:r>
    </w:p>
    <w:p>
      <w:r>
        <w:rPr>
          <w:b/>
        </w:rPr>
        <w:t>Astuce :</w:t>
      </w:r>
      <w:r>
        <w:rPr>
          <w:sz w:val="20"/>
        </w:rPr>
        <w:t xml:space="preserve"> Pas encore de photos ? Nous utilisons des photos professionnelles libres de droits en attendant les vôtres.</w:t>
      </w:r>
    </w:p>
    <w:p>
      <w:pPr>
        <w:pStyle w:val="Heading2"/>
      </w:pPr>
      <w:r>
        <w:rPr>
          <w:color w:val="B3261E"/>
        </w:rPr>
        <w:t>10. Validation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3685"/>
        <w:gridCol w:w="6180"/>
      </w:tblGrid>
      <w:tr>
        <w:tc>
          <w:tcPr>
            <w:tcW w:type="dxa" w:w="3685"/>
            <w:shd w:val="clear" w:color="auto" w:fill="1B1A17"/>
          </w:tcPr>
          <w:p>
            <w:r>
              <w:rPr>
                <w:b/>
                <w:color w:val="FFFFFF"/>
                <w:sz w:val="18"/>
              </w:rPr>
              <w:t>Information</w:t>
            </w:r>
          </w:p>
        </w:tc>
        <w:tc>
          <w:tcPr>
            <w:tcW w:type="dxa" w:w="6180"/>
            <w:shd w:val="clear" w:color="auto" w:fill="1B1A17"/>
          </w:tcPr>
          <w:p>
            <w:r>
              <w:rPr>
                <w:b/>
                <w:color w:val="FFFFFF"/>
                <w:sz w:val="18"/>
              </w:rPr>
              <w:t>Votre réponse</w:t>
            </w:r>
          </w:p>
        </w:tc>
      </w:tr>
      <w:tr>
        <w:tc>
          <w:tcPr>
            <w:tcW w:type="dxa" w:w="3685"/>
          </w:tcPr>
          <w:p>
            <w:r>
              <w:rPr>
                <w:b/>
                <w:sz w:val="20"/>
              </w:rPr>
              <w:t>Nom et prénom du gérant</w:t>
            </w:r>
          </w:p>
        </w:tc>
        <w:tc>
          <w:tcPr>
            <w:tcW w:type="dxa" w:w="6180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3685"/>
          </w:tcPr>
          <w:p>
            <w:r>
              <w:rPr>
                <w:b/>
                <w:sz w:val="20"/>
              </w:rPr>
              <w:t>Date</w:t>
            </w:r>
          </w:p>
        </w:tc>
        <w:tc>
          <w:tcPr>
            <w:tcW w:type="dxa" w:w="6180"/>
            <w:shd w:val="clear" w:color="auto" w:fill="F4EFE6"/>
          </w:tcPr>
          <w:p>
            <w:r>
              <w:rPr>
                <w:b w:val="0"/>
                <w:sz w:val="20"/>
              </w:rPr>
            </w:r>
          </w:p>
        </w:tc>
      </w:tr>
    </w:tbl>
    <w:p/>
    <w:p>
      <w:r>
        <w:rPr>
          <w:sz w:val="20"/>
        </w:rPr>
        <w:t>Merci ! Dès réception, nous préparons votre site et vous envoyons le lien pour validation avant la mise en ligne.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E6960"/>
        <w:sz w:val="16"/>
      </w:rPr>
      <w:t>Genlead — questionnaire site restaurant — à renvoyer complété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